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1687" w14:textId="73573EC2" w:rsidR="001A41D5" w:rsidRDefault="001A41D5" w:rsidP="00260BB0">
      <w:pPr>
        <w:spacing w:after="40" w:line="240" w:lineRule="auto"/>
        <w:ind w:left="567" w:right="114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1A41D5" w14:paraId="24D8A68E" w14:textId="77777777">
        <w:trPr>
          <w:jc w:val="center"/>
        </w:trPr>
        <w:tc>
          <w:tcPr>
            <w:tcW w:w="5328" w:type="dxa"/>
          </w:tcPr>
          <w:p w14:paraId="57740E9C" w14:textId="77777777" w:rsidR="001A41D5" w:rsidRDefault="00000000" w:rsidP="00260BB0">
            <w:pPr>
              <w:ind w:left="567" w:right="114"/>
            </w:pPr>
            <w:r>
              <w:rPr>
                <w:noProof/>
              </w:rPr>
              <w:drawing>
                <wp:inline distT="0" distB="0" distL="0" distR="0" wp14:anchorId="122F7BFF" wp14:editId="42B4A1BB">
                  <wp:extent cx="960120" cy="9601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img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</w:tcPr>
          <w:p w14:paraId="1A616126" w14:textId="77777777" w:rsidR="001A41D5" w:rsidRDefault="00000000" w:rsidP="00260BB0">
            <w:pPr>
              <w:ind w:left="567" w:right="114"/>
              <w:jc w:val="right"/>
            </w:pPr>
            <w:r>
              <w:rPr>
                <w:noProof/>
              </w:rPr>
              <w:drawing>
                <wp:inline distT="0" distB="0" distL="0" distR="0" wp14:anchorId="26AD5056" wp14:editId="61EFBF11">
                  <wp:extent cx="1508760" cy="73910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img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739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A4E75" w14:textId="77777777" w:rsidR="001A41D5" w:rsidRDefault="00000000" w:rsidP="00260BB0">
      <w:pPr>
        <w:spacing w:before="40" w:after="0" w:line="240" w:lineRule="auto"/>
        <w:ind w:left="567" w:right="114"/>
        <w:jc w:val="center"/>
      </w:pPr>
      <w:r>
        <w:rPr>
          <w:b/>
          <w:sz w:val="36"/>
        </w:rPr>
        <w:t>แบบสำรวจข้อมูลความต้องการของชุมชน/หมู่บ้าน</w:t>
      </w:r>
    </w:p>
    <w:p w14:paraId="3D20B32C" w14:textId="301AD8D2" w:rsidR="001A41D5" w:rsidRDefault="00000000" w:rsidP="00260BB0">
      <w:pPr>
        <w:spacing w:line="240" w:lineRule="auto"/>
        <w:ind w:left="567" w:right="114"/>
        <w:jc w:val="center"/>
      </w:pPr>
      <w:r>
        <w:rPr>
          <w:b/>
          <w:sz w:val="36"/>
        </w:rPr>
        <w:t>แพลตฟอร์มบ่มเพาะหมู่บ้าน</w:t>
      </w:r>
      <w:proofErr w:type="spellStart"/>
      <w:r>
        <w:rPr>
          <w:b/>
          <w:sz w:val="36"/>
        </w:rPr>
        <w:t>วิทยาศาสตร์</w:t>
      </w:r>
      <w:proofErr w:type="spellEnd"/>
      <w:r>
        <w:rPr>
          <w:b/>
          <w:sz w:val="36"/>
        </w:rPr>
        <w:t xml:space="preserve"> (SCI) </w:t>
      </w:r>
      <w:proofErr w:type="spellStart"/>
      <w:r>
        <w:rPr>
          <w:b/>
          <w:sz w:val="36"/>
        </w:rPr>
        <w:t>ประจำปีงบประมาณ</w:t>
      </w:r>
      <w:proofErr w:type="spellEnd"/>
      <w:proofErr w:type="gramStart"/>
      <w:r w:rsidR="00260BB0">
        <w:rPr>
          <w:b/>
          <w:sz w:val="36"/>
        </w:rPr>
        <w:t xml:space="preserve"> </w:t>
      </w:r>
      <w:r>
        <w:rPr>
          <w:b/>
          <w:sz w:val="36"/>
        </w:rPr>
        <w:t>..</w:t>
      </w:r>
      <w:proofErr w:type="gramEnd"/>
      <w:r w:rsidR="00260BB0">
        <w:rPr>
          <w:b/>
          <w:sz w:val="36"/>
          <w:lang w:bidi="th-TH"/>
        </w:rPr>
        <w:t>2570</w:t>
      </w:r>
      <w:r>
        <w:rPr>
          <w:b/>
          <w:sz w:val="36"/>
        </w:rPr>
        <w:t>.</w:t>
      </w:r>
    </w:p>
    <w:p w14:paraId="2A868291" w14:textId="77777777" w:rsidR="001A41D5" w:rsidRDefault="00000000" w:rsidP="00260BB0">
      <w:pPr>
        <w:spacing w:after="0" w:line="240" w:lineRule="auto"/>
        <w:ind w:left="567" w:right="114"/>
      </w:pPr>
      <w:r>
        <w:t>เรื่อง    ขอเข้าร่วมแพลตฟอร์มบ่มเพาะหมู่บ้านวิทยาศาสตร์</w:t>
      </w:r>
    </w:p>
    <w:p w14:paraId="054BB784" w14:textId="77777777" w:rsidR="001A41D5" w:rsidRDefault="00000000" w:rsidP="00260BB0">
      <w:pPr>
        <w:spacing w:after="0" w:line="240" w:lineRule="auto"/>
        <w:ind w:left="567" w:right="114"/>
      </w:pPr>
      <w:r>
        <w:t>เรียน    ปลัดกระทรวงการอุดมศึกษา วิทยาศาสตร์ วิจัยและนวัตกรรม</w:t>
      </w:r>
    </w:p>
    <w:p w14:paraId="44CBF754" w14:textId="77777777" w:rsidR="001A41D5" w:rsidRDefault="00000000" w:rsidP="00260BB0">
      <w:pPr>
        <w:spacing w:after="0" w:line="240" w:lineRule="auto"/>
        <w:ind w:left="567" w:right="114"/>
      </w:pPr>
      <w:r>
        <w:t>สิ่งที่ส่งมาด้วย    รายชื่อ/ที่อยู่ของสมาชิกในหมู่บ้าน/ชุมชนที่เข้าร่วมโครงการ</w:t>
      </w:r>
    </w:p>
    <w:p w14:paraId="5FDC2A14" w14:textId="77777777" w:rsidR="001A41D5" w:rsidRDefault="001A41D5" w:rsidP="00260BB0">
      <w:pPr>
        <w:spacing w:after="0" w:line="240" w:lineRule="auto"/>
        <w:ind w:left="567" w:right="114"/>
      </w:pPr>
    </w:p>
    <w:p w14:paraId="1C4735EE" w14:textId="2E59799F" w:rsidR="001A41D5" w:rsidRDefault="00000000" w:rsidP="00260BB0">
      <w:pPr>
        <w:spacing w:after="0" w:line="240" w:lineRule="auto"/>
        <w:ind w:left="567" w:right="114" w:firstLine="720"/>
      </w:pPr>
      <w:proofErr w:type="spellStart"/>
      <w:r>
        <w:t>ด้วยข้าพเจ้า</w:t>
      </w:r>
      <w:proofErr w:type="spellEnd"/>
      <w:r>
        <w:t xml:space="preserve"> (</w:t>
      </w:r>
      <w:proofErr w:type="spellStart"/>
      <w:r>
        <w:t>นาย</w:t>
      </w:r>
      <w:proofErr w:type="spellEnd"/>
      <w:r>
        <w:t>/</w:t>
      </w:r>
      <w:proofErr w:type="spellStart"/>
      <w:r>
        <w:t>นาง</w:t>
      </w:r>
      <w:proofErr w:type="spellEnd"/>
      <w:r>
        <w:t>/</w:t>
      </w:r>
      <w:proofErr w:type="spellStart"/>
      <w:r>
        <w:t>นางสาว</w:t>
      </w:r>
      <w:proofErr w:type="spellEnd"/>
      <w:r>
        <w:t>) ...................................................................</w:t>
      </w:r>
      <w:r w:rsidR="00260BB0">
        <w:t>....</w:t>
      </w:r>
      <w:r>
        <w:t>ตำแหน่งในหมู่บ้าน</w:t>
      </w:r>
    </w:p>
    <w:p w14:paraId="28B703CB" w14:textId="2AAEA6B6" w:rsidR="001A41D5" w:rsidRDefault="00000000" w:rsidP="00260BB0">
      <w:pPr>
        <w:spacing w:after="0" w:line="240" w:lineRule="auto"/>
        <w:ind w:left="567" w:right="114"/>
      </w:pPr>
      <w:r>
        <w:t>......................................</w:t>
      </w:r>
      <w:r w:rsidR="00260BB0">
        <w:t>..............</w:t>
      </w:r>
      <w:r>
        <w:t xml:space="preserve"> </w:t>
      </w:r>
      <w:proofErr w:type="spellStart"/>
      <w:r>
        <w:t>และสมาชิก</w:t>
      </w:r>
      <w:proofErr w:type="spellEnd"/>
      <w:r>
        <w:t>...........</w:t>
      </w:r>
      <w:proofErr w:type="spellStart"/>
      <w:r>
        <w:t>คน</w:t>
      </w:r>
      <w:proofErr w:type="spellEnd"/>
      <w:r w:rsidR="00260BB0">
        <w:t xml:space="preserve"> </w:t>
      </w:r>
      <w:proofErr w:type="spellStart"/>
      <w:r>
        <w:t>มีความต้องการจะนำความรู้ทางด้านวิทยาศาสตร์</w:t>
      </w:r>
      <w:proofErr w:type="spellEnd"/>
      <w:r w:rsidR="00260BB0">
        <w:t xml:space="preserve"> </w:t>
      </w:r>
      <w:proofErr w:type="spellStart"/>
      <w:r>
        <w:t>เทคโนโลยีและนวัตกรรม</w:t>
      </w:r>
      <w:proofErr w:type="spellEnd"/>
      <w:r>
        <w:t xml:space="preserve"> </w:t>
      </w:r>
      <w:proofErr w:type="spellStart"/>
      <w:r>
        <w:t>ไปแก้ปัญหาและพัฒนาชุมชน</w:t>
      </w:r>
      <w:proofErr w:type="spellEnd"/>
      <w:r>
        <w:t>/</w:t>
      </w:r>
      <w:proofErr w:type="spellStart"/>
      <w:r>
        <w:t>หมู่บ้าน</w:t>
      </w:r>
      <w:proofErr w:type="spellEnd"/>
      <w:r>
        <w:t xml:space="preserve"> </w:t>
      </w:r>
      <w:proofErr w:type="spellStart"/>
      <w:r>
        <w:t>ดังนี้</w:t>
      </w:r>
      <w:proofErr w:type="spellEnd"/>
      <w:r>
        <w:t xml:space="preserve"> (</w:t>
      </w:r>
      <w:proofErr w:type="spellStart"/>
      <w:r>
        <w:t>ระบุปัญหา</w:t>
      </w:r>
      <w:proofErr w:type="spellEnd"/>
      <w:r w:rsidR="00260BB0">
        <w:t xml:space="preserve"> </w:t>
      </w:r>
      <w:proofErr w:type="spellStart"/>
      <w:r>
        <w:t>ความต้องการที่จะนำ</w:t>
      </w:r>
      <w:proofErr w:type="spellEnd"/>
      <w:r w:rsidR="00260BB0">
        <w:t xml:space="preserve"> </w:t>
      </w:r>
      <w:proofErr w:type="spellStart"/>
      <w:r>
        <w:t>วิทยาศาสตร์และเทคโนโลยีไปใช้ในหมู่บ้าน</w:t>
      </w:r>
      <w:proofErr w:type="spellEnd"/>
      <w:r>
        <w:t>/ชุมชน)</w:t>
      </w:r>
    </w:p>
    <w:p w14:paraId="10195ACA" w14:textId="77777777" w:rsidR="001A41D5" w:rsidRDefault="00000000" w:rsidP="00260BB0">
      <w:pPr>
        <w:spacing w:after="0" w:line="240" w:lineRule="auto"/>
        <w:ind w:left="567" w:right="114" w:firstLine="720"/>
      </w:pPr>
      <w:r>
        <w:t>1. ........................................................................................................................</w:t>
      </w:r>
    </w:p>
    <w:p w14:paraId="37BCBB45" w14:textId="77777777" w:rsidR="001A41D5" w:rsidRDefault="00000000" w:rsidP="00260BB0">
      <w:pPr>
        <w:spacing w:after="0" w:line="240" w:lineRule="auto"/>
        <w:ind w:left="567" w:right="114" w:firstLine="720"/>
      </w:pPr>
      <w:r>
        <w:t>2. ........................................................................................................................</w:t>
      </w:r>
    </w:p>
    <w:p w14:paraId="5E690F45" w14:textId="77777777" w:rsidR="001A41D5" w:rsidRDefault="00000000" w:rsidP="00260BB0">
      <w:pPr>
        <w:spacing w:after="0" w:line="240" w:lineRule="auto"/>
        <w:ind w:left="567" w:right="114" w:firstLine="720"/>
      </w:pPr>
      <w:r>
        <w:t>3. ........................................................................................................................</w:t>
      </w:r>
    </w:p>
    <w:p w14:paraId="7F7BB5A9" w14:textId="19CB6454" w:rsidR="001A41D5" w:rsidRDefault="00000000" w:rsidP="00260BB0">
      <w:pPr>
        <w:spacing w:after="0" w:line="240" w:lineRule="auto"/>
        <w:ind w:left="567" w:right="114" w:firstLine="720"/>
      </w:pPr>
      <w:r>
        <w:t>ทั้งนี้ทางหมู่บ้าน/ชุมชน/กลุ่ม ได้ประสานงานในเบื้องต้นกับ</w:t>
      </w:r>
      <w:proofErr w:type="spellStart"/>
      <w:r>
        <w:t>หน่วยงานในท้องถิ่น</w:t>
      </w:r>
      <w:proofErr w:type="spellEnd"/>
      <w:r>
        <w:t xml:space="preserve"> </w:t>
      </w:r>
      <w:proofErr w:type="spellStart"/>
      <w:r>
        <w:t>เช่น</w:t>
      </w:r>
      <w:proofErr w:type="spellEnd"/>
      <w:r w:rsidR="00260BB0">
        <w:t xml:space="preserve"> </w:t>
      </w:r>
      <w:r>
        <w:t>(</w:t>
      </w:r>
      <w:proofErr w:type="spellStart"/>
      <w:r>
        <w:t>โปรดระบุชื่อ</w:t>
      </w:r>
      <w:proofErr w:type="spellEnd"/>
    </w:p>
    <w:p w14:paraId="47F50E4D" w14:textId="77777777" w:rsidR="001A41D5" w:rsidRDefault="00000000" w:rsidP="00260BB0">
      <w:pPr>
        <w:spacing w:after="0" w:line="240" w:lineRule="auto"/>
        <w:ind w:left="567" w:right="114"/>
      </w:pPr>
      <w:r>
        <w:t>หน่วยงานและผู้ประสานงาน) ที่จะร่วมสนับสนุนฯ ในการดำเนินการ หากได้รับการคัดเลือกให้เข้าร่วมโครงการ ดังนี้</w:t>
      </w:r>
    </w:p>
    <w:p w14:paraId="1F328E32" w14:textId="2A566078" w:rsidR="001A41D5" w:rsidRDefault="00000000" w:rsidP="00260BB0">
      <w:pPr>
        <w:spacing w:after="0" w:line="240" w:lineRule="auto"/>
        <w:ind w:left="567" w:right="114" w:firstLine="720"/>
      </w:pPr>
      <w:r>
        <w:t>1. หน่วยงาน.......................................................ชื่อผู้ประสานงาน.................................................</w:t>
      </w:r>
    </w:p>
    <w:p w14:paraId="54222E15" w14:textId="60B55003" w:rsidR="00840BCF" w:rsidRDefault="00000000" w:rsidP="00840BCF">
      <w:pPr>
        <w:spacing w:after="0" w:line="240" w:lineRule="auto"/>
        <w:ind w:left="567" w:right="114" w:firstLine="720"/>
      </w:pPr>
      <w:r>
        <w:t xml:space="preserve">2. </w:t>
      </w:r>
      <w:r w:rsidR="00840BCF">
        <w:t>หน่วยงาน.......................................................ชื่อผู้ประสานงาน.................................................</w:t>
      </w:r>
    </w:p>
    <w:p w14:paraId="6722954E" w14:textId="5CA07B92" w:rsidR="00840BCF" w:rsidRDefault="00000000" w:rsidP="00840BCF">
      <w:pPr>
        <w:spacing w:after="0" w:line="240" w:lineRule="auto"/>
        <w:ind w:left="567" w:right="114" w:firstLine="720"/>
      </w:pPr>
      <w:r>
        <w:t xml:space="preserve">3. </w:t>
      </w:r>
      <w:r w:rsidR="00840BCF">
        <w:t>หน่วยงาน.......................................................ชื่อผู้ประสานงาน.................................................</w:t>
      </w:r>
    </w:p>
    <w:p w14:paraId="08D953E5" w14:textId="77777777" w:rsidR="001A41D5" w:rsidRDefault="001A41D5" w:rsidP="00260BB0">
      <w:pPr>
        <w:spacing w:after="0" w:line="240" w:lineRule="auto"/>
        <w:ind w:left="567" w:right="114"/>
      </w:pPr>
    </w:p>
    <w:p w14:paraId="147425C0" w14:textId="77777777" w:rsidR="001A41D5" w:rsidRDefault="00000000" w:rsidP="00260BB0">
      <w:pPr>
        <w:spacing w:before="40" w:after="0" w:line="240" w:lineRule="auto"/>
        <w:ind w:left="567" w:right="114"/>
        <w:jc w:val="center"/>
      </w:pPr>
      <w:r>
        <w:t>จึงเรียนมาเพื่อโปรดพิจารณาด้วย    จักเป็นพระคุณยิ่ง</w:t>
      </w:r>
    </w:p>
    <w:p w14:paraId="46D8FB02" w14:textId="77777777" w:rsidR="001A41D5" w:rsidRDefault="00000000" w:rsidP="00260BB0">
      <w:pPr>
        <w:spacing w:before="160" w:after="0" w:line="240" w:lineRule="auto"/>
        <w:ind w:left="567" w:right="114"/>
        <w:jc w:val="center"/>
      </w:pPr>
      <w:r>
        <w:t>ขอแสดงความนับถือ</w:t>
      </w:r>
    </w:p>
    <w:p w14:paraId="0D2267C7" w14:textId="77777777" w:rsidR="001A41D5" w:rsidRDefault="00000000" w:rsidP="00260BB0">
      <w:pPr>
        <w:spacing w:after="0" w:line="240" w:lineRule="auto"/>
        <w:ind w:left="567" w:right="114"/>
        <w:jc w:val="center"/>
      </w:pPr>
      <w:r>
        <w:t>....................................................</w:t>
      </w:r>
    </w:p>
    <w:p w14:paraId="7BF3EDEB" w14:textId="77777777" w:rsidR="001A41D5" w:rsidRDefault="00000000" w:rsidP="00260BB0">
      <w:pPr>
        <w:spacing w:after="0" w:line="240" w:lineRule="auto"/>
        <w:ind w:left="567" w:right="114"/>
        <w:jc w:val="center"/>
      </w:pPr>
      <w:r>
        <w:t>( .......................................................</w:t>
      </w:r>
      <w:proofErr w:type="gramStart"/>
      <w:r>
        <w:t>. )</w:t>
      </w:r>
      <w:proofErr w:type="gramEnd"/>
    </w:p>
    <w:p w14:paraId="57FB4C27" w14:textId="77777777" w:rsidR="001A41D5" w:rsidRPr="00260BB0" w:rsidRDefault="00000000" w:rsidP="00260BB0">
      <w:pPr>
        <w:spacing w:after="0" w:line="240" w:lineRule="auto"/>
        <w:ind w:left="567" w:right="114"/>
        <w:jc w:val="center"/>
        <w:rPr>
          <w:b/>
          <w:bCs/>
        </w:rPr>
      </w:pPr>
      <w:r w:rsidRPr="00260BB0">
        <w:rPr>
          <w:b/>
          <w:bCs/>
        </w:rPr>
        <w:t>ผู้แสดงเจตจำนง</w:t>
      </w:r>
    </w:p>
    <w:p w14:paraId="5EA550B4" w14:textId="77777777" w:rsidR="001A41D5" w:rsidRDefault="00000000" w:rsidP="00260BB0">
      <w:pPr>
        <w:spacing w:before="80" w:after="0" w:line="240" w:lineRule="auto"/>
        <w:ind w:left="567" w:right="114"/>
      </w:pPr>
      <w:proofErr w:type="spellStart"/>
      <w:r>
        <w:t>มือถือประธานกลุ่ม</w:t>
      </w:r>
      <w:proofErr w:type="spellEnd"/>
      <w:r>
        <w:t>/</w:t>
      </w:r>
      <w:proofErr w:type="spellStart"/>
      <w:r>
        <w:t>ผู้นำชุมชนของผู้เสนอ</w:t>
      </w:r>
      <w:proofErr w:type="spellEnd"/>
      <w:r>
        <w:t xml:space="preserve"> </w:t>
      </w:r>
      <w:proofErr w:type="spellStart"/>
      <w:r>
        <w:t>โทร</w:t>
      </w:r>
      <w:proofErr w:type="spellEnd"/>
      <w:r>
        <w:t xml:space="preserve"> .................................</w:t>
      </w:r>
    </w:p>
    <w:p w14:paraId="0715EFBF" w14:textId="77777777" w:rsidR="001A41D5" w:rsidRDefault="00000000" w:rsidP="00260BB0">
      <w:pPr>
        <w:spacing w:before="40" w:after="0" w:line="240" w:lineRule="auto"/>
        <w:ind w:left="567" w:right="114"/>
      </w:pPr>
      <w:r>
        <w:rPr>
          <w:b/>
        </w:rPr>
        <w:t>หมายเหตุ</w:t>
      </w:r>
    </w:p>
    <w:p w14:paraId="6F9B2A81" w14:textId="77777777" w:rsidR="001A41D5" w:rsidRDefault="00000000" w:rsidP="00260BB0">
      <w:pPr>
        <w:spacing w:after="0" w:line="240" w:lineRule="auto"/>
        <w:ind w:left="567" w:right="114"/>
      </w:pPr>
      <w:r>
        <w:rPr>
          <w:sz w:val="30"/>
        </w:rPr>
        <w:lastRenderedPageBreak/>
        <w:t>๑. กรุณาแนบรายชื่อผู้เข้าร่วมโครงการพร้อมระบุอาชีพของทุกคนที่เข้าร่วมและต้องไม่ต่ำกว่า 50 คนต่อชุมชน/หมู่บ้าน</w:t>
      </w:r>
    </w:p>
    <w:p w14:paraId="2EBA98F1" w14:textId="2AD4B991" w:rsidR="001A41D5" w:rsidRDefault="00000000" w:rsidP="00260BB0">
      <w:pPr>
        <w:spacing w:after="0" w:line="240" w:lineRule="auto"/>
        <w:ind w:left="567" w:right="114"/>
      </w:pPr>
      <w:r>
        <w:rPr>
          <w:sz w:val="30"/>
        </w:rPr>
        <w:t>๒. ต้องแสดงแบบแบบสำรวจข้อมูลความต้องการ</w:t>
      </w:r>
      <w:proofErr w:type="spellStart"/>
      <w:r>
        <w:rPr>
          <w:sz w:val="30"/>
        </w:rPr>
        <w:t>ของชุมชน</w:t>
      </w:r>
      <w:proofErr w:type="spellEnd"/>
      <w:r>
        <w:rPr>
          <w:sz w:val="30"/>
        </w:rPr>
        <w:t>/</w:t>
      </w:r>
      <w:proofErr w:type="spellStart"/>
      <w:r>
        <w:rPr>
          <w:sz w:val="30"/>
        </w:rPr>
        <w:t>หมู่บ้าน</w:t>
      </w:r>
      <w:proofErr w:type="spellEnd"/>
      <w:r w:rsidR="00260BB0">
        <w:rPr>
          <w:sz w:val="30"/>
        </w:rPr>
        <w:t xml:space="preserve"> </w:t>
      </w:r>
      <w:r>
        <w:rPr>
          <w:sz w:val="30"/>
        </w:rPr>
        <w:t xml:space="preserve">(SCI) </w:t>
      </w:r>
      <w:proofErr w:type="spellStart"/>
      <w:r>
        <w:rPr>
          <w:sz w:val="30"/>
        </w:rPr>
        <w:t>ทุกปีที่เสนอโครงการ</w:t>
      </w:r>
      <w:proofErr w:type="spellEnd"/>
    </w:p>
    <w:p w14:paraId="274E4C01" w14:textId="77E8C6C4" w:rsidR="001A41D5" w:rsidRDefault="00000000" w:rsidP="00260BB0">
      <w:pPr>
        <w:ind w:left="567" w:right="114"/>
      </w:pPr>
      <w:r>
        <w:br w:type="page"/>
      </w:r>
      <w:proofErr w:type="spellStart"/>
      <w:r>
        <w:rPr>
          <w:b/>
          <w:sz w:val="36"/>
        </w:rPr>
        <w:lastRenderedPageBreak/>
        <w:t>รายชื่อผู้เข้าร่วมโครงการ</w:t>
      </w:r>
      <w:proofErr w:type="spellEnd"/>
      <w:r>
        <w:rPr>
          <w:b/>
          <w:sz w:val="36"/>
        </w:rPr>
        <w:t xml:space="preserve"> </w:t>
      </w:r>
      <w:proofErr w:type="spellStart"/>
      <w:r>
        <w:rPr>
          <w:b/>
          <w:sz w:val="36"/>
        </w:rPr>
        <w:t>อย่างน้อย</w:t>
      </w:r>
      <w:proofErr w:type="spellEnd"/>
      <w:r>
        <w:rPr>
          <w:b/>
          <w:sz w:val="36"/>
        </w:rPr>
        <w:t xml:space="preserve"> 50 </w:t>
      </w:r>
      <w:proofErr w:type="spellStart"/>
      <w:r>
        <w:rPr>
          <w:b/>
          <w:sz w:val="36"/>
        </w:rPr>
        <w:t>คน</w:t>
      </w:r>
      <w:proofErr w:type="spellEnd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333"/>
        <w:gridCol w:w="3240"/>
        <w:gridCol w:w="1368"/>
        <w:gridCol w:w="1872"/>
      </w:tblGrid>
      <w:tr w:rsidR="001A41D5" w14:paraId="1B4F244C" w14:textId="77777777">
        <w:trPr>
          <w:jc w:val="center"/>
        </w:trPr>
        <w:tc>
          <w:tcPr>
            <w:tcW w:w="893" w:type="dxa"/>
            <w:shd w:val="clear" w:color="auto" w:fill="EAF0DD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01C682CE" w14:textId="77777777" w:rsidR="001A41D5" w:rsidRDefault="00000000" w:rsidP="00260BB0">
            <w:pPr>
              <w:ind w:left="567" w:right="114"/>
              <w:jc w:val="center"/>
            </w:pPr>
            <w:r>
              <w:rPr>
                <w:b/>
                <w:sz w:val="28"/>
              </w:rPr>
              <w:t>ลำดับที่</w:t>
            </w:r>
          </w:p>
        </w:tc>
        <w:tc>
          <w:tcPr>
            <w:tcW w:w="2333" w:type="dxa"/>
            <w:shd w:val="clear" w:color="auto" w:fill="EAF0DD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3794D468" w14:textId="77777777" w:rsidR="001A41D5" w:rsidRDefault="00000000" w:rsidP="00260BB0">
            <w:pPr>
              <w:ind w:left="567" w:right="114"/>
              <w:jc w:val="center"/>
            </w:pPr>
            <w:r>
              <w:rPr>
                <w:b/>
                <w:sz w:val="28"/>
              </w:rPr>
              <w:t>ชื่อ/สกุล</w:t>
            </w:r>
          </w:p>
        </w:tc>
        <w:tc>
          <w:tcPr>
            <w:tcW w:w="3240" w:type="dxa"/>
            <w:shd w:val="clear" w:color="auto" w:fill="EAF0DD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63A55CC5" w14:textId="77777777" w:rsidR="001A41D5" w:rsidRDefault="00000000" w:rsidP="00260BB0">
            <w:pPr>
              <w:ind w:left="567" w:right="114"/>
              <w:jc w:val="center"/>
            </w:pPr>
            <w:r>
              <w:rPr>
                <w:b/>
                <w:sz w:val="28"/>
              </w:rPr>
              <w:t>ที่อยู่ (หมู่ที่/ตำบล/อำเภอ/จังหวัด)</w:t>
            </w:r>
          </w:p>
        </w:tc>
        <w:tc>
          <w:tcPr>
            <w:tcW w:w="1368" w:type="dxa"/>
            <w:shd w:val="clear" w:color="auto" w:fill="EAF0DD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59E4CAE1" w14:textId="77777777" w:rsidR="001A41D5" w:rsidRDefault="00000000" w:rsidP="00260BB0">
            <w:pPr>
              <w:ind w:left="567" w:right="114"/>
              <w:jc w:val="center"/>
            </w:pPr>
            <w:r>
              <w:rPr>
                <w:b/>
                <w:sz w:val="28"/>
              </w:rPr>
              <w:t>อาชีพ</w:t>
            </w:r>
          </w:p>
        </w:tc>
        <w:tc>
          <w:tcPr>
            <w:tcW w:w="1872" w:type="dxa"/>
            <w:shd w:val="clear" w:color="auto" w:fill="EAF0DD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3948075C" w14:textId="77777777" w:rsidR="001A41D5" w:rsidRDefault="00000000" w:rsidP="00260BB0">
            <w:pPr>
              <w:ind w:left="567" w:right="114"/>
              <w:jc w:val="center"/>
            </w:pPr>
            <w:r>
              <w:rPr>
                <w:b/>
                <w:sz w:val="28"/>
              </w:rPr>
              <w:t>รายได้ปัจจุบันต่อปี</w:t>
            </w:r>
          </w:p>
        </w:tc>
      </w:tr>
      <w:tr w:rsidR="001A41D5" w14:paraId="272C283F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304336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8F5305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70CFF1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E6245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30C3A7A" w14:textId="77777777" w:rsidR="001A41D5" w:rsidRDefault="001A41D5" w:rsidP="00260BB0">
            <w:pPr>
              <w:ind w:left="567" w:right="114"/>
            </w:pPr>
          </w:p>
        </w:tc>
      </w:tr>
      <w:tr w:rsidR="001A41D5" w14:paraId="2B358FF8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10CF21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E70172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2F782A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219F9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F3ACB5" w14:textId="77777777" w:rsidR="001A41D5" w:rsidRDefault="001A41D5" w:rsidP="00260BB0">
            <w:pPr>
              <w:ind w:left="567" w:right="114"/>
            </w:pPr>
          </w:p>
        </w:tc>
      </w:tr>
      <w:tr w:rsidR="001A41D5" w14:paraId="107D7D5E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E0EC71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DB929B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93F8D5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BDE9E1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C24929" w14:textId="77777777" w:rsidR="001A41D5" w:rsidRDefault="001A41D5" w:rsidP="00260BB0">
            <w:pPr>
              <w:ind w:left="567" w:right="114"/>
            </w:pPr>
          </w:p>
        </w:tc>
      </w:tr>
      <w:tr w:rsidR="001A41D5" w14:paraId="25E5EF7B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3F3FF6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859EC7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290D0A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E5FCD1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20C303" w14:textId="77777777" w:rsidR="001A41D5" w:rsidRDefault="001A41D5" w:rsidP="00260BB0">
            <w:pPr>
              <w:ind w:left="567" w:right="114"/>
            </w:pPr>
          </w:p>
        </w:tc>
      </w:tr>
      <w:tr w:rsidR="001A41D5" w14:paraId="78C23187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210DAA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15ED46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3C9151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9F8B3E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ADB9EA" w14:textId="77777777" w:rsidR="001A41D5" w:rsidRDefault="001A41D5" w:rsidP="00260BB0">
            <w:pPr>
              <w:ind w:left="567" w:right="114"/>
            </w:pPr>
          </w:p>
        </w:tc>
      </w:tr>
      <w:tr w:rsidR="001A41D5" w14:paraId="2CC847A1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F2FAFC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6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93619A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14126F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13FCBA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D31B3A" w14:textId="77777777" w:rsidR="001A41D5" w:rsidRDefault="001A41D5" w:rsidP="00260BB0">
            <w:pPr>
              <w:ind w:left="567" w:right="114"/>
            </w:pPr>
          </w:p>
        </w:tc>
      </w:tr>
      <w:tr w:rsidR="001A41D5" w14:paraId="66B6FA4F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A70B0E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7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3E3C7E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A393AE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652EE4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C4888A" w14:textId="77777777" w:rsidR="001A41D5" w:rsidRDefault="001A41D5" w:rsidP="00260BB0">
            <w:pPr>
              <w:ind w:left="567" w:right="114"/>
            </w:pPr>
          </w:p>
        </w:tc>
      </w:tr>
      <w:tr w:rsidR="001A41D5" w14:paraId="4837686A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ADA34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8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5DE14A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98AF73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8F80E7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510B9E" w14:textId="77777777" w:rsidR="001A41D5" w:rsidRDefault="001A41D5" w:rsidP="00260BB0">
            <w:pPr>
              <w:ind w:left="567" w:right="114"/>
            </w:pPr>
          </w:p>
        </w:tc>
      </w:tr>
      <w:tr w:rsidR="001A41D5" w14:paraId="324EAA62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AD974F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9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925B48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C4D216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BC9CCA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D7C288" w14:textId="77777777" w:rsidR="001A41D5" w:rsidRDefault="001A41D5" w:rsidP="00260BB0">
            <w:pPr>
              <w:ind w:left="567" w:right="114"/>
            </w:pPr>
          </w:p>
        </w:tc>
      </w:tr>
      <w:tr w:rsidR="001A41D5" w14:paraId="1E067EE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EB365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10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8F6431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03906E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C8A3B4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3CFEC3" w14:textId="77777777" w:rsidR="001A41D5" w:rsidRDefault="001A41D5" w:rsidP="00260BB0">
            <w:pPr>
              <w:ind w:left="567" w:right="114"/>
            </w:pPr>
          </w:p>
        </w:tc>
      </w:tr>
      <w:tr w:rsidR="001A41D5" w14:paraId="78A222EA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A3EDB0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11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647799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14D184D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AA152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F9F7BF" w14:textId="77777777" w:rsidR="001A41D5" w:rsidRDefault="001A41D5" w:rsidP="00260BB0">
            <w:pPr>
              <w:ind w:left="567" w:right="114"/>
            </w:pPr>
          </w:p>
        </w:tc>
      </w:tr>
      <w:tr w:rsidR="001A41D5" w14:paraId="126F05CE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22649D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12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7AD3BE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1A11D7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72B3B92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994169" w14:textId="77777777" w:rsidR="001A41D5" w:rsidRDefault="001A41D5" w:rsidP="00260BB0">
            <w:pPr>
              <w:ind w:left="567" w:right="114"/>
            </w:pPr>
          </w:p>
        </w:tc>
      </w:tr>
      <w:tr w:rsidR="001A41D5" w14:paraId="6CF220C1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3E6D34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13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F0402B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DA6C5E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7C153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4681E6" w14:textId="77777777" w:rsidR="001A41D5" w:rsidRDefault="001A41D5" w:rsidP="00260BB0">
            <w:pPr>
              <w:ind w:left="567" w:right="114"/>
            </w:pPr>
          </w:p>
        </w:tc>
      </w:tr>
      <w:tr w:rsidR="001A41D5" w14:paraId="2AE40400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FDF81E7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14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874313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2506AB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7DB4FF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958389" w14:textId="77777777" w:rsidR="001A41D5" w:rsidRDefault="001A41D5" w:rsidP="00260BB0">
            <w:pPr>
              <w:ind w:left="567" w:right="114"/>
            </w:pPr>
          </w:p>
        </w:tc>
      </w:tr>
      <w:tr w:rsidR="001A41D5" w14:paraId="237606D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7A36B1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lastRenderedPageBreak/>
              <w:t>15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90CABD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BE9577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78EA2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BB6749" w14:textId="77777777" w:rsidR="001A41D5" w:rsidRDefault="001A41D5" w:rsidP="00260BB0">
            <w:pPr>
              <w:ind w:left="567" w:right="114"/>
            </w:pPr>
          </w:p>
        </w:tc>
      </w:tr>
      <w:tr w:rsidR="001A41D5" w14:paraId="639FDABE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F0CC6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16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DE8003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E1987C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A389AB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E51694" w14:textId="77777777" w:rsidR="001A41D5" w:rsidRDefault="001A41D5" w:rsidP="00260BB0">
            <w:pPr>
              <w:ind w:left="567" w:right="114"/>
            </w:pPr>
          </w:p>
        </w:tc>
      </w:tr>
      <w:tr w:rsidR="001A41D5" w14:paraId="599DA454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97A6F5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17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ECC91E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0EC3BA5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B9082E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7B9206" w14:textId="77777777" w:rsidR="001A41D5" w:rsidRDefault="001A41D5" w:rsidP="00260BB0">
            <w:pPr>
              <w:ind w:left="567" w:right="114"/>
            </w:pPr>
          </w:p>
        </w:tc>
      </w:tr>
      <w:tr w:rsidR="001A41D5" w14:paraId="2E158B53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B6148B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18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3EE3CC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B5F801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F8119C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C85FF1" w14:textId="77777777" w:rsidR="001A41D5" w:rsidRDefault="001A41D5" w:rsidP="00260BB0">
            <w:pPr>
              <w:ind w:left="567" w:right="114"/>
            </w:pPr>
          </w:p>
        </w:tc>
      </w:tr>
      <w:tr w:rsidR="001A41D5" w14:paraId="44526B9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8EC2DA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19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ED5D48C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47F744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FE5E80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027BC1" w14:textId="77777777" w:rsidR="001A41D5" w:rsidRDefault="001A41D5" w:rsidP="00260BB0">
            <w:pPr>
              <w:ind w:left="567" w:right="114"/>
            </w:pPr>
          </w:p>
        </w:tc>
      </w:tr>
      <w:tr w:rsidR="001A41D5" w14:paraId="7088E0C4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F6367B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20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94D01F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000FB05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0AACCC7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7EBF97" w14:textId="77777777" w:rsidR="001A41D5" w:rsidRDefault="001A41D5" w:rsidP="00260BB0">
            <w:pPr>
              <w:ind w:left="567" w:right="114"/>
            </w:pPr>
          </w:p>
        </w:tc>
      </w:tr>
      <w:tr w:rsidR="001A41D5" w14:paraId="1FBEEC5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23A208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21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0BFD39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FE5844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8CD309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88F22A" w14:textId="77777777" w:rsidR="001A41D5" w:rsidRDefault="001A41D5" w:rsidP="00260BB0">
            <w:pPr>
              <w:ind w:left="567" w:right="114"/>
            </w:pPr>
          </w:p>
        </w:tc>
      </w:tr>
      <w:tr w:rsidR="001A41D5" w14:paraId="336CDA39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A7D3FC2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22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203EF3C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FDB114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7F35C4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3E7073" w14:textId="77777777" w:rsidR="001A41D5" w:rsidRDefault="001A41D5" w:rsidP="00260BB0">
            <w:pPr>
              <w:ind w:left="567" w:right="114"/>
            </w:pPr>
          </w:p>
        </w:tc>
      </w:tr>
      <w:tr w:rsidR="001A41D5" w14:paraId="5E1C5B5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FC8C81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23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A71BDD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E4AF73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2B912A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6CDB0E" w14:textId="77777777" w:rsidR="001A41D5" w:rsidRDefault="001A41D5" w:rsidP="00260BB0">
            <w:pPr>
              <w:ind w:left="567" w:right="114"/>
            </w:pPr>
          </w:p>
        </w:tc>
      </w:tr>
      <w:tr w:rsidR="001A41D5" w14:paraId="0C30ECE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E8D56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24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4E8343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0E94CF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6F84C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453C8E" w14:textId="77777777" w:rsidR="001A41D5" w:rsidRDefault="001A41D5" w:rsidP="00260BB0">
            <w:pPr>
              <w:ind w:left="567" w:right="114"/>
            </w:pPr>
          </w:p>
        </w:tc>
      </w:tr>
      <w:tr w:rsidR="001A41D5" w14:paraId="2B0995B4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FCC52A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25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24AA09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9BE394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76631B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C4E171" w14:textId="77777777" w:rsidR="001A41D5" w:rsidRDefault="001A41D5" w:rsidP="00260BB0">
            <w:pPr>
              <w:ind w:left="567" w:right="114"/>
            </w:pPr>
          </w:p>
        </w:tc>
      </w:tr>
      <w:tr w:rsidR="001A41D5" w14:paraId="4E18BC1A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C0D237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26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4D47D1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C913D6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0ADCB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C17E57" w14:textId="77777777" w:rsidR="001A41D5" w:rsidRDefault="001A41D5" w:rsidP="00260BB0">
            <w:pPr>
              <w:ind w:left="567" w:right="114"/>
            </w:pPr>
          </w:p>
        </w:tc>
      </w:tr>
      <w:tr w:rsidR="001A41D5" w14:paraId="6D511AD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F50BE3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27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D5C028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399D50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54FDA6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939F3F" w14:textId="77777777" w:rsidR="001A41D5" w:rsidRDefault="001A41D5" w:rsidP="00260BB0">
            <w:pPr>
              <w:ind w:left="567" w:right="114"/>
            </w:pPr>
          </w:p>
        </w:tc>
      </w:tr>
      <w:tr w:rsidR="001A41D5" w14:paraId="3756B1F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7F739C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</w:t>
            </w:r>
            <w:r>
              <w:rPr>
                <w:sz w:val="26"/>
              </w:rPr>
              <w:lastRenderedPageBreak/>
              <w:t>8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8308DB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F78397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7FFD0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1A4F08" w14:textId="77777777" w:rsidR="001A41D5" w:rsidRDefault="001A41D5" w:rsidP="00260BB0">
            <w:pPr>
              <w:ind w:left="567" w:right="114"/>
            </w:pPr>
          </w:p>
        </w:tc>
      </w:tr>
      <w:tr w:rsidR="001A41D5" w14:paraId="6A67D57A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F5EBDC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29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6600F5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03F8D05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11E6BD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CDA60C" w14:textId="77777777" w:rsidR="001A41D5" w:rsidRDefault="001A41D5" w:rsidP="00260BB0">
            <w:pPr>
              <w:ind w:left="567" w:right="114"/>
            </w:pPr>
          </w:p>
        </w:tc>
      </w:tr>
      <w:tr w:rsidR="001A41D5" w14:paraId="69A6A8E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758F3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30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0458BF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CD6577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BA440C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D15495" w14:textId="77777777" w:rsidR="001A41D5" w:rsidRDefault="001A41D5" w:rsidP="00260BB0">
            <w:pPr>
              <w:ind w:left="567" w:right="114"/>
            </w:pPr>
          </w:p>
        </w:tc>
      </w:tr>
      <w:tr w:rsidR="001A41D5" w14:paraId="56BD16C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AA786A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31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DA53D2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CE8CE8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00968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9B37EB" w14:textId="77777777" w:rsidR="001A41D5" w:rsidRDefault="001A41D5" w:rsidP="00260BB0">
            <w:pPr>
              <w:ind w:left="567" w:right="114"/>
            </w:pPr>
          </w:p>
        </w:tc>
      </w:tr>
      <w:tr w:rsidR="001A41D5" w14:paraId="68B0EF4C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1F930E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32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95953DB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F2D53F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EB9FD0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5EC4CE" w14:textId="77777777" w:rsidR="001A41D5" w:rsidRDefault="001A41D5" w:rsidP="00260BB0">
            <w:pPr>
              <w:ind w:left="567" w:right="114"/>
            </w:pPr>
          </w:p>
        </w:tc>
      </w:tr>
      <w:tr w:rsidR="001A41D5" w14:paraId="4B1DFA8C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D915FE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33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2D93E1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8EFA14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1C94DA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78742E3" w14:textId="77777777" w:rsidR="001A41D5" w:rsidRDefault="001A41D5" w:rsidP="00260BB0">
            <w:pPr>
              <w:ind w:left="567" w:right="114"/>
            </w:pPr>
          </w:p>
        </w:tc>
      </w:tr>
      <w:tr w:rsidR="001A41D5" w14:paraId="020D8E74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219EE8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34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DA0027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4491C9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99C002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67ED75" w14:textId="77777777" w:rsidR="001A41D5" w:rsidRDefault="001A41D5" w:rsidP="00260BB0">
            <w:pPr>
              <w:ind w:left="567" w:right="114"/>
            </w:pPr>
          </w:p>
        </w:tc>
      </w:tr>
      <w:tr w:rsidR="001A41D5" w14:paraId="72D2DD20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1EAFA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35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45D716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B595F06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9F691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8F26DE" w14:textId="77777777" w:rsidR="001A41D5" w:rsidRDefault="001A41D5" w:rsidP="00260BB0">
            <w:pPr>
              <w:ind w:left="567" w:right="114"/>
            </w:pPr>
          </w:p>
        </w:tc>
      </w:tr>
      <w:tr w:rsidR="001A41D5" w14:paraId="32888808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7A039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36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E8B882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FB2857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479EFE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AB6D30" w14:textId="77777777" w:rsidR="001A41D5" w:rsidRDefault="001A41D5" w:rsidP="00260BB0">
            <w:pPr>
              <w:ind w:left="567" w:right="114"/>
            </w:pPr>
          </w:p>
        </w:tc>
      </w:tr>
      <w:tr w:rsidR="001A41D5" w14:paraId="3A4212C9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D75A3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37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AD02D6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52CC8B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7DD3A0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2C86F5" w14:textId="77777777" w:rsidR="001A41D5" w:rsidRDefault="001A41D5" w:rsidP="00260BB0">
            <w:pPr>
              <w:ind w:left="567" w:right="114"/>
            </w:pPr>
          </w:p>
        </w:tc>
      </w:tr>
      <w:tr w:rsidR="001A41D5" w14:paraId="41E9508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D7823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38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AA24C2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50FE98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43D81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C515FD" w14:textId="77777777" w:rsidR="001A41D5" w:rsidRDefault="001A41D5" w:rsidP="00260BB0">
            <w:pPr>
              <w:ind w:left="567" w:right="114"/>
            </w:pPr>
          </w:p>
        </w:tc>
      </w:tr>
      <w:tr w:rsidR="001A41D5" w14:paraId="48C95194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C2CE57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39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72B926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359C9B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C5A9D2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10C103" w14:textId="77777777" w:rsidR="001A41D5" w:rsidRDefault="001A41D5" w:rsidP="00260BB0">
            <w:pPr>
              <w:ind w:left="567" w:right="114"/>
            </w:pPr>
          </w:p>
        </w:tc>
      </w:tr>
      <w:tr w:rsidR="001A41D5" w14:paraId="5CDDCE4A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4B6B29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40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5B0046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266B59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F12115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D8EDDC0" w14:textId="77777777" w:rsidR="001A41D5" w:rsidRDefault="001A41D5" w:rsidP="00260BB0">
            <w:pPr>
              <w:ind w:left="567" w:right="114"/>
            </w:pPr>
          </w:p>
        </w:tc>
      </w:tr>
      <w:tr w:rsidR="001A41D5" w14:paraId="7378F8C6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3FC7EC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41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E576CF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0BC761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ECA876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0770A2" w14:textId="77777777" w:rsidR="001A41D5" w:rsidRDefault="001A41D5" w:rsidP="00260BB0">
            <w:pPr>
              <w:ind w:left="567" w:right="114"/>
            </w:pPr>
          </w:p>
        </w:tc>
      </w:tr>
      <w:tr w:rsidR="001A41D5" w14:paraId="226025C8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2ECC2F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lastRenderedPageBreak/>
              <w:t>42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FF202B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81E732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8F1DEA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7B6F0E" w14:textId="77777777" w:rsidR="001A41D5" w:rsidRDefault="001A41D5" w:rsidP="00260BB0">
            <w:pPr>
              <w:ind w:left="567" w:right="114"/>
            </w:pPr>
          </w:p>
        </w:tc>
      </w:tr>
      <w:tr w:rsidR="001A41D5" w14:paraId="2E6B29DF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963E40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43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7DEF9DC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245A3D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DA6D6E3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8E9EB4" w14:textId="77777777" w:rsidR="001A41D5" w:rsidRDefault="001A41D5" w:rsidP="00260BB0">
            <w:pPr>
              <w:ind w:left="567" w:right="114"/>
            </w:pPr>
          </w:p>
        </w:tc>
      </w:tr>
      <w:tr w:rsidR="001A41D5" w14:paraId="711B193B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32189E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44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E73F9C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80382F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F84E4C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BE090AC" w14:textId="77777777" w:rsidR="001A41D5" w:rsidRDefault="001A41D5" w:rsidP="00260BB0">
            <w:pPr>
              <w:ind w:left="567" w:right="114"/>
            </w:pPr>
          </w:p>
        </w:tc>
      </w:tr>
      <w:tr w:rsidR="001A41D5" w14:paraId="6B1FDEF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A3EB4A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45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863D4B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EA1DB2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81F906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3B4055" w14:textId="77777777" w:rsidR="001A41D5" w:rsidRDefault="001A41D5" w:rsidP="00260BB0">
            <w:pPr>
              <w:ind w:left="567" w:right="114"/>
            </w:pPr>
          </w:p>
        </w:tc>
      </w:tr>
      <w:tr w:rsidR="001A41D5" w14:paraId="10E71135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B9544A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46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E37B51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FEA37F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D32D82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859D0F" w14:textId="77777777" w:rsidR="001A41D5" w:rsidRDefault="001A41D5" w:rsidP="00260BB0">
            <w:pPr>
              <w:ind w:left="567" w:right="114"/>
            </w:pPr>
          </w:p>
        </w:tc>
      </w:tr>
      <w:tr w:rsidR="001A41D5" w14:paraId="48385E41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8BE00B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47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1ECBE8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8148D2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D342FB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BD74D8" w14:textId="77777777" w:rsidR="001A41D5" w:rsidRDefault="001A41D5" w:rsidP="00260BB0">
            <w:pPr>
              <w:ind w:left="567" w:right="114"/>
            </w:pPr>
          </w:p>
        </w:tc>
      </w:tr>
      <w:tr w:rsidR="001A41D5" w14:paraId="6D7ABFF9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84D102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48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531B0F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41E66A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3153CB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6839B5" w14:textId="77777777" w:rsidR="001A41D5" w:rsidRDefault="001A41D5" w:rsidP="00260BB0">
            <w:pPr>
              <w:ind w:left="567" w:right="114"/>
            </w:pPr>
          </w:p>
        </w:tc>
      </w:tr>
      <w:tr w:rsidR="001A41D5" w14:paraId="77B167A9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23B0E4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49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45D101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6FD35A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0C022F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BC7A6D" w14:textId="77777777" w:rsidR="001A41D5" w:rsidRDefault="001A41D5" w:rsidP="00260BB0">
            <w:pPr>
              <w:ind w:left="567" w:right="114"/>
            </w:pPr>
          </w:p>
        </w:tc>
      </w:tr>
      <w:tr w:rsidR="001A41D5" w14:paraId="2F75DFE2" w14:textId="77777777">
        <w:trPr>
          <w:trHeight w:val="430"/>
          <w:jc w:val="center"/>
        </w:trPr>
        <w:tc>
          <w:tcPr>
            <w:tcW w:w="89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E2A3D8" w14:textId="77777777" w:rsidR="001A41D5" w:rsidRDefault="00000000" w:rsidP="00260BB0">
            <w:pPr>
              <w:ind w:left="567" w:right="114"/>
              <w:jc w:val="center"/>
            </w:pPr>
            <w:r>
              <w:rPr>
                <w:sz w:val="26"/>
              </w:rPr>
              <w:t>50</w:t>
            </w:r>
          </w:p>
        </w:tc>
        <w:tc>
          <w:tcPr>
            <w:tcW w:w="2333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B49392" w14:textId="77777777" w:rsidR="001A41D5" w:rsidRDefault="001A41D5" w:rsidP="00260BB0">
            <w:pPr>
              <w:ind w:left="567" w:right="114"/>
            </w:pPr>
          </w:p>
        </w:tc>
        <w:tc>
          <w:tcPr>
            <w:tcW w:w="3240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8E3CDA" w14:textId="77777777" w:rsidR="001A41D5" w:rsidRDefault="001A41D5" w:rsidP="00260BB0">
            <w:pPr>
              <w:ind w:left="567" w:right="114"/>
            </w:pPr>
          </w:p>
        </w:tc>
        <w:tc>
          <w:tcPr>
            <w:tcW w:w="1368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C157EE" w14:textId="77777777" w:rsidR="001A41D5" w:rsidRDefault="001A41D5" w:rsidP="00260BB0">
            <w:pPr>
              <w:ind w:left="567" w:right="114"/>
            </w:pPr>
          </w:p>
        </w:tc>
        <w:tc>
          <w:tcPr>
            <w:tcW w:w="1872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570C0C" w14:textId="77777777" w:rsidR="001A41D5" w:rsidRDefault="001A41D5" w:rsidP="00260BB0">
            <w:pPr>
              <w:ind w:left="567" w:right="114"/>
            </w:pPr>
          </w:p>
        </w:tc>
      </w:tr>
    </w:tbl>
    <w:p w14:paraId="581AAB6E" w14:textId="77777777" w:rsidR="0094076A" w:rsidRDefault="0094076A" w:rsidP="00260BB0">
      <w:pPr>
        <w:ind w:left="567" w:right="114"/>
      </w:pPr>
    </w:p>
    <w:sectPr w:rsidR="0094076A" w:rsidSect="00034616">
      <w:pgSz w:w="11909" w:h="16834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6160525">
    <w:abstractNumId w:val="8"/>
  </w:num>
  <w:num w:numId="2" w16cid:durableId="878124234">
    <w:abstractNumId w:val="6"/>
  </w:num>
  <w:num w:numId="3" w16cid:durableId="1248732591">
    <w:abstractNumId w:val="5"/>
  </w:num>
  <w:num w:numId="4" w16cid:durableId="2015843112">
    <w:abstractNumId w:val="4"/>
  </w:num>
  <w:num w:numId="5" w16cid:durableId="627122630">
    <w:abstractNumId w:val="7"/>
  </w:num>
  <w:num w:numId="6" w16cid:durableId="1797598113">
    <w:abstractNumId w:val="3"/>
  </w:num>
  <w:num w:numId="7" w16cid:durableId="1294873550">
    <w:abstractNumId w:val="2"/>
  </w:num>
  <w:num w:numId="8" w16cid:durableId="863711048">
    <w:abstractNumId w:val="1"/>
  </w:num>
  <w:num w:numId="9" w16cid:durableId="47738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41D5"/>
    <w:rsid w:val="00260BB0"/>
    <w:rsid w:val="0029639D"/>
    <w:rsid w:val="00326F90"/>
    <w:rsid w:val="005E2014"/>
    <w:rsid w:val="00840BCF"/>
    <w:rsid w:val="0094076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9FC269"/>
  <w14:defaultImageDpi w14:val="300"/>
  <w15:docId w15:val="{2C5D98A6-FEB0-411E-B4FB-4299C37A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H Sarabun New" w:eastAsia="TH Sarabun New" w:hAnsi="TH Sarabun New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Sasitorn Kongthong (ศศิธร คงทอง)</cp:lastModifiedBy>
  <cp:revision>2</cp:revision>
  <dcterms:created xsi:type="dcterms:W3CDTF">2013-12-23T23:15:00Z</dcterms:created>
  <dcterms:modified xsi:type="dcterms:W3CDTF">2026-09-14T22:44:00Z</dcterms:modified>
  <cp:category/>
</cp:coreProperties>
</file>